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064"/>
      </w:tblGrid>
      <w:tr w:rsidR="002B62E5" w14:paraId="50C9AC1D" w14:textId="77777777">
        <w:trPr>
          <w:jc w:val="center"/>
        </w:trPr>
        <w:tc>
          <w:tcPr>
            <w:tcW w:w="1872" w:type="dxa"/>
            <w:shd w:val="clear" w:color="auto" w:fill="2F5233"/>
          </w:tcPr>
          <w:p w14:paraId="76FAE9C3" w14:textId="77777777" w:rsidR="002B62E5" w:rsidRDefault="00000000">
            <w:pPr>
              <w:spacing w:before="80" w:after="80"/>
              <w:jc w:val="center"/>
            </w:pPr>
            <w:r>
              <w:rPr>
                <w:noProof/>
              </w:rPr>
              <w:drawing>
                <wp:inline distT="0" distB="0" distL="0" distR="0" wp14:anchorId="12423B4A" wp14:editId="11E938C3">
                  <wp:extent cx="1005840" cy="10058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rtboard 26 copy 18@0.5x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shd w:val="clear" w:color="auto" w:fill="2F5233"/>
          </w:tcPr>
          <w:p w14:paraId="12E6E65D" w14:textId="77777777" w:rsidR="002B62E5" w:rsidRDefault="00000000">
            <w:pPr>
              <w:spacing w:before="160" w:after="40"/>
            </w:pPr>
            <w:r>
              <w:rPr>
                <w:b/>
                <w:color w:val="FFFFFF"/>
                <w:sz w:val="42"/>
              </w:rPr>
              <w:t>Big Trees of Tshwane</w:t>
            </w:r>
          </w:p>
          <w:p w14:paraId="3F202F77" w14:textId="613F3F51" w:rsidR="002B62E5" w:rsidRDefault="00000000">
            <w:pPr>
              <w:spacing w:after="160"/>
            </w:pPr>
            <w:r>
              <w:rPr>
                <w:color w:val="E2E8F0"/>
                <w:sz w:val="19"/>
              </w:rPr>
              <w:t>COMMUNITY TREE SUBMISSION FORM</w:t>
            </w:r>
          </w:p>
        </w:tc>
      </w:tr>
    </w:tbl>
    <w:p w14:paraId="63DCC41A" w14:textId="77777777" w:rsidR="002B62E5" w:rsidRDefault="00000000">
      <w:pPr>
        <w:spacing w:before="320" w:after="320"/>
      </w:pPr>
      <w:r>
        <w:rPr>
          <w:b/>
          <w:i/>
          <w:color w:val="1A2A1D"/>
        </w:rPr>
        <w:t>This form is for documenting significant, large, or historic trees located Tshwane. Information gathered helps support urban nature conservation initiatives in our capital city. Submit your form at hello@bigtrees.co.za | 082 564 0448</w:t>
      </w:r>
    </w:p>
    <w:p w14:paraId="275C050B" w14:textId="77777777" w:rsidR="002B62E5" w:rsidRDefault="00000000">
      <w:pPr>
        <w:keepNext/>
        <w:pBdr>
          <w:bottom w:val="single" w:sz="6" w:space="1" w:color="CBD5E0"/>
        </w:pBdr>
        <w:spacing w:before="360"/>
      </w:pPr>
      <w:r>
        <w:rPr>
          <w:b/>
          <w:color w:val="2F5233"/>
          <w:sz w:val="24"/>
        </w:rPr>
        <w:t>1. Contributor Information</w:t>
      </w:r>
    </w:p>
    <w:p w14:paraId="103A4A8B" w14:textId="578D03DC" w:rsidR="002B62E5" w:rsidRDefault="00451008">
      <w:pPr>
        <w:keepNext/>
        <w:spacing w:before="160" w:after="40"/>
      </w:pPr>
      <w:r>
        <w:rPr>
          <w:b/>
          <w:sz w:val="20"/>
        </w:rPr>
        <w:t>Full Name *</w:t>
      </w:r>
    </w:p>
    <w:p w14:paraId="6FDB4414" w14:textId="77777777" w:rsidR="002B62E5" w:rsidRDefault="00000000">
      <w:pPr>
        <w:spacing w:before="240" w:after="0"/>
      </w:pPr>
      <w:r>
        <w:rPr>
          <w:color w:val="CBD5E0"/>
        </w:rPr>
        <w:t>_________________________________________________________________________________</w:t>
      </w:r>
    </w:p>
    <w:p w14:paraId="49CFAEBF" w14:textId="77777777" w:rsidR="002B62E5" w:rsidRDefault="00000000">
      <w:pPr>
        <w:keepNext/>
        <w:spacing w:before="160" w:after="40"/>
      </w:pPr>
      <w:r>
        <w:rPr>
          <w:b/>
          <w:sz w:val="20"/>
        </w:rPr>
        <w:t>Phone Number *</w:t>
      </w:r>
    </w:p>
    <w:p w14:paraId="3C9BFEFB" w14:textId="77777777" w:rsidR="002B62E5" w:rsidRDefault="00000000">
      <w:pPr>
        <w:spacing w:before="240" w:after="0"/>
      </w:pPr>
      <w:r>
        <w:rPr>
          <w:color w:val="CBD5E0"/>
        </w:rPr>
        <w:t>_________________________________________________________________________________</w:t>
      </w:r>
    </w:p>
    <w:p w14:paraId="4791C02B" w14:textId="77777777" w:rsidR="002B62E5" w:rsidRDefault="00000000">
      <w:pPr>
        <w:keepNext/>
        <w:pBdr>
          <w:bottom w:val="single" w:sz="6" w:space="1" w:color="CBD5E0"/>
        </w:pBdr>
        <w:spacing w:before="360"/>
      </w:pPr>
      <w:r>
        <w:rPr>
          <w:b/>
          <w:color w:val="2F5233"/>
          <w:sz w:val="24"/>
        </w:rPr>
        <w:t>2. Tree Identification</w:t>
      </w:r>
    </w:p>
    <w:p w14:paraId="3D861B6C" w14:textId="77777777" w:rsidR="002B62E5" w:rsidRDefault="00000000">
      <w:pPr>
        <w:keepNext/>
        <w:spacing w:before="160" w:after="40"/>
      </w:pPr>
      <w:r>
        <w:rPr>
          <w:b/>
          <w:sz w:val="20"/>
        </w:rPr>
        <w:t>Tree Species *</w:t>
      </w:r>
    </w:p>
    <w:p w14:paraId="5CD6C3FE" w14:textId="2CC1F1A8" w:rsidR="002B62E5" w:rsidRDefault="00451008">
      <w:pPr>
        <w:keepNext/>
        <w:spacing w:after="80"/>
      </w:pPr>
      <w:r w:rsidRPr="00451008">
        <w:rPr>
          <w:i/>
          <w:color w:val="64748B"/>
          <w:sz w:val="18"/>
        </w:rPr>
        <w:t>Tree species (common, scientific, or local name). Guessing is fine!</w:t>
      </w:r>
    </w:p>
    <w:p w14:paraId="3629C53C" w14:textId="77777777" w:rsidR="002B62E5" w:rsidRDefault="00000000">
      <w:pPr>
        <w:spacing w:before="240" w:after="0"/>
      </w:pPr>
      <w:r>
        <w:rPr>
          <w:color w:val="CBD5E0"/>
        </w:rPr>
        <w:t>_________________________________________________________________________________</w:t>
      </w:r>
    </w:p>
    <w:p w14:paraId="7B806017" w14:textId="0BEA3AA5" w:rsidR="002B62E5" w:rsidRDefault="00451008">
      <w:pPr>
        <w:spacing w:before="160"/>
      </w:pPr>
      <w:r w:rsidRPr="00451008">
        <w:rPr>
          <w:b/>
        </w:rPr>
        <w:t>How confident are you about the species?</w:t>
      </w:r>
    </w:p>
    <w:p w14:paraId="06F355A2" w14:textId="53B6615E" w:rsidR="002B62E5" w:rsidRDefault="00000000">
      <w:pPr>
        <w:spacing w:before="80" w:after="80"/>
      </w:pPr>
      <w:r>
        <w:rPr>
          <w:rFonts w:ascii="Courier New" w:hAnsi="Courier New"/>
          <w:b/>
        </w:rPr>
        <w:t xml:space="preserve">  </w:t>
      </w:r>
      <w:proofErr w:type="gramStart"/>
      <w:r>
        <w:rPr>
          <w:rFonts w:ascii="Courier New" w:hAnsi="Courier New"/>
          <w:b/>
        </w:rPr>
        <w:t>[  ]</w:t>
      </w:r>
      <w:proofErr w:type="gramEnd"/>
      <w:r>
        <w:rPr>
          <w:rFonts w:ascii="Courier New" w:hAnsi="Courier New"/>
          <w:b/>
        </w:rPr>
        <w:t xml:space="preserve">  </w:t>
      </w:r>
      <w:r w:rsidR="00451008">
        <w:rPr>
          <w:sz w:val="20"/>
        </w:rPr>
        <w:t>Confident</w:t>
      </w:r>
    </w:p>
    <w:p w14:paraId="4028E452" w14:textId="726FBF72" w:rsidR="002B62E5" w:rsidRDefault="00000000">
      <w:pPr>
        <w:spacing w:before="80" w:after="80"/>
      </w:pPr>
      <w:r>
        <w:rPr>
          <w:rFonts w:ascii="Courier New" w:hAnsi="Courier New"/>
          <w:b/>
        </w:rPr>
        <w:t xml:space="preserve">  </w:t>
      </w:r>
      <w:proofErr w:type="gramStart"/>
      <w:r>
        <w:rPr>
          <w:rFonts w:ascii="Courier New" w:hAnsi="Courier New"/>
          <w:b/>
        </w:rPr>
        <w:t>[  ]</w:t>
      </w:r>
      <w:proofErr w:type="gramEnd"/>
      <w:r>
        <w:rPr>
          <w:rFonts w:ascii="Courier New" w:hAnsi="Courier New"/>
          <w:b/>
        </w:rPr>
        <w:t xml:space="preserve">  </w:t>
      </w:r>
      <w:r w:rsidR="00451008">
        <w:rPr>
          <w:sz w:val="20"/>
        </w:rPr>
        <w:t>Not sure, need help</w:t>
      </w:r>
    </w:p>
    <w:p w14:paraId="7BCBE7AA" w14:textId="77777777" w:rsidR="002B62E5" w:rsidRDefault="00000000">
      <w:pPr>
        <w:keepNext/>
        <w:pBdr>
          <w:bottom w:val="single" w:sz="6" w:space="1" w:color="CBD5E0"/>
        </w:pBdr>
        <w:spacing w:before="360"/>
      </w:pPr>
      <w:r>
        <w:rPr>
          <w:b/>
          <w:color w:val="2F5233"/>
          <w:sz w:val="24"/>
        </w:rPr>
        <w:t>3. Location Details (Tshwane Region)</w:t>
      </w:r>
    </w:p>
    <w:p w14:paraId="588368B5" w14:textId="19C5575E" w:rsidR="002B62E5" w:rsidRDefault="00000000">
      <w:pPr>
        <w:keepNext/>
        <w:spacing w:before="160" w:after="40"/>
      </w:pPr>
      <w:r>
        <w:rPr>
          <w:b/>
          <w:sz w:val="20"/>
        </w:rPr>
        <w:t xml:space="preserve">Street Address </w:t>
      </w:r>
      <w:r w:rsidR="00451008">
        <w:rPr>
          <w:b/>
          <w:sz w:val="20"/>
        </w:rPr>
        <w:t>or</w:t>
      </w:r>
      <w:r>
        <w:rPr>
          <w:b/>
          <w:sz w:val="20"/>
        </w:rPr>
        <w:t xml:space="preserve"> Landmarks</w:t>
      </w:r>
      <w:r w:rsidR="00451008">
        <w:rPr>
          <w:b/>
          <w:sz w:val="20"/>
        </w:rPr>
        <w:t xml:space="preserve"> *</w:t>
      </w:r>
    </w:p>
    <w:p w14:paraId="4454BCA6" w14:textId="77777777" w:rsidR="002B62E5" w:rsidRDefault="00000000">
      <w:pPr>
        <w:keepNext/>
        <w:spacing w:after="80"/>
      </w:pPr>
      <w:r>
        <w:rPr>
          <w:i/>
          <w:color w:val="64748B"/>
          <w:sz w:val="18"/>
        </w:rPr>
        <w:t>Provide the closest street address, suburb in Tshwane, or detailed landmarks (e.g., 'Rietondale Park, 50m north of the tennis courts').</w:t>
      </w:r>
    </w:p>
    <w:p w14:paraId="01D5FE6E" w14:textId="77777777" w:rsidR="002B62E5" w:rsidRDefault="00000000">
      <w:pPr>
        <w:spacing w:before="240" w:after="0"/>
      </w:pPr>
      <w:r>
        <w:rPr>
          <w:color w:val="CBD5E0"/>
        </w:rPr>
        <w:t>_________________________________________________________________________________</w:t>
      </w:r>
    </w:p>
    <w:p w14:paraId="098E7870" w14:textId="77777777" w:rsidR="002B62E5" w:rsidRDefault="00000000">
      <w:pPr>
        <w:spacing w:before="240" w:after="0"/>
      </w:pPr>
      <w:r>
        <w:rPr>
          <w:color w:val="CBD5E0"/>
        </w:rPr>
        <w:t>_________________________________________________________________________________</w:t>
      </w:r>
    </w:p>
    <w:p w14:paraId="3B590D86" w14:textId="56BFB109" w:rsidR="00744276" w:rsidRDefault="00744276" w:rsidP="00451008">
      <w:pPr>
        <w:keepNext/>
        <w:spacing w:before="160" w:after="40"/>
      </w:pPr>
      <w:r>
        <w:rPr>
          <w:b/>
          <w:sz w:val="20"/>
        </w:rPr>
        <w:t>GPS Coordinates</w:t>
      </w:r>
      <w:r w:rsidR="00451008">
        <w:rPr>
          <w:b/>
          <w:sz w:val="20"/>
        </w:rPr>
        <w:t xml:space="preserve"> (optional but helpful)</w:t>
      </w:r>
    </w:p>
    <w:p w14:paraId="3EC92383" w14:textId="77777777" w:rsidR="00451008" w:rsidRDefault="00451008" w:rsidP="00451008">
      <w:pPr>
        <w:keepNext/>
        <w:spacing w:before="160" w:after="40"/>
      </w:pPr>
    </w:p>
    <w:p w14:paraId="6268A857" w14:textId="77777777" w:rsidR="00744276" w:rsidRDefault="00744276" w:rsidP="00744276">
      <w:pPr>
        <w:spacing w:before="240" w:after="0"/>
      </w:pPr>
      <w:r>
        <w:rPr>
          <w:color w:val="CBD5E0"/>
        </w:rPr>
        <w:t>_________________________________________________________________________________</w:t>
      </w:r>
    </w:p>
    <w:p w14:paraId="0DA39122" w14:textId="77777777" w:rsidR="00744276" w:rsidRDefault="00744276">
      <w:pPr>
        <w:spacing w:before="160"/>
        <w:rPr>
          <w:b/>
        </w:rPr>
      </w:pPr>
    </w:p>
    <w:p w14:paraId="39AF1630" w14:textId="43D2F784" w:rsidR="002B62E5" w:rsidRDefault="00000000">
      <w:pPr>
        <w:spacing w:before="160"/>
      </w:pPr>
      <w:r>
        <w:rPr>
          <w:b/>
        </w:rPr>
        <w:lastRenderedPageBreak/>
        <w:t>I</w:t>
      </w:r>
      <w:r w:rsidR="00451008">
        <w:rPr>
          <w:b/>
        </w:rPr>
        <w:t xml:space="preserve">S tree location </w:t>
      </w:r>
      <w:r>
        <w:rPr>
          <w:b/>
        </w:rPr>
        <w:t xml:space="preserve">on </w:t>
      </w:r>
      <w:r w:rsidR="00451008">
        <w:rPr>
          <w:b/>
        </w:rPr>
        <w:t xml:space="preserve">public or </w:t>
      </w:r>
      <w:r>
        <w:rPr>
          <w:b/>
        </w:rPr>
        <w:t>private property? *</w:t>
      </w:r>
    </w:p>
    <w:p w14:paraId="0CF3146F" w14:textId="0F696781" w:rsidR="002B62E5" w:rsidRDefault="00000000">
      <w:pPr>
        <w:spacing w:before="80" w:after="80"/>
      </w:pPr>
      <w:r>
        <w:rPr>
          <w:rFonts w:ascii="Courier New" w:hAnsi="Courier New"/>
          <w:b/>
        </w:rPr>
        <w:t xml:space="preserve">  </w:t>
      </w:r>
      <w:proofErr w:type="gramStart"/>
      <w:r>
        <w:rPr>
          <w:rFonts w:ascii="Courier New" w:hAnsi="Courier New"/>
          <w:b/>
        </w:rPr>
        <w:t>[  ]</w:t>
      </w:r>
      <w:proofErr w:type="gramEnd"/>
      <w:r>
        <w:rPr>
          <w:rFonts w:ascii="Courier New" w:hAnsi="Courier New"/>
          <w:b/>
        </w:rPr>
        <w:t xml:space="preserve">  </w:t>
      </w:r>
      <w:r w:rsidR="00451008" w:rsidRPr="00451008">
        <w:rPr>
          <w:sz w:val="20"/>
        </w:rPr>
        <w:t>Public property (park, pavement, reserve)</w:t>
      </w:r>
    </w:p>
    <w:p w14:paraId="6463AB2E" w14:textId="3CF8DFCA" w:rsidR="002B62E5" w:rsidRDefault="00000000">
      <w:pPr>
        <w:spacing w:before="80" w:after="80"/>
      </w:pPr>
      <w:r>
        <w:rPr>
          <w:rFonts w:ascii="Courier New" w:hAnsi="Courier New"/>
          <w:b/>
        </w:rPr>
        <w:t xml:space="preserve">  </w:t>
      </w:r>
      <w:proofErr w:type="gramStart"/>
      <w:r>
        <w:rPr>
          <w:rFonts w:ascii="Courier New" w:hAnsi="Courier New"/>
          <w:b/>
        </w:rPr>
        <w:t>[  ]</w:t>
      </w:r>
      <w:proofErr w:type="gramEnd"/>
      <w:r>
        <w:rPr>
          <w:rFonts w:ascii="Courier New" w:hAnsi="Courier New"/>
          <w:b/>
        </w:rPr>
        <w:t xml:space="preserve">  </w:t>
      </w:r>
      <w:r w:rsidR="00451008" w:rsidRPr="00451008">
        <w:rPr>
          <w:sz w:val="20"/>
        </w:rPr>
        <w:t>Private property (yard, estate, farm)</w:t>
      </w:r>
    </w:p>
    <w:p w14:paraId="5EAB0124" w14:textId="77777777" w:rsidR="002B62E5" w:rsidRDefault="00000000">
      <w:pPr>
        <w:keepNext/>
        <w:spacing w:before="160" w:after="40"/>
      </w:pPr>
      <w:r>
        <w:rPr>
          <w:b/>
          <w:sz w:val="20"/>
        </w:rPr>
        <w:t>Private Property Owner Contact Details (If applicable)</w:t>
      </w:r>
    </w:p>
    <w:p w14:paraId="61579E77" w14:textId="77777777" w:rsidR="002B62E5" w:rsidRDefault="00000000">
      <w:pPr>
        <w:keepNext/>
        <w:spacing w:after="80"/>
      </w:pPr>
      <w:r>
        <w:rPr>
          <w:i/>
          <w:color w:val="64748B"/>
          <w:sz w:val="18"/>
        </w:rPr>
        <w:t>If the tree is on private property, please supply the name and contact info of the owner. All personal information is held in strict confidence and will not be shared publicly.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2B62E5" w14:paraId="026987AC" w14:textId="77777777">
        <w:trPr>
          <w:jc w:val="center"/>
        </w:trPr>
        <w:tc>
          <w:tcPr>
            <w:tcW w:w="9936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 w14:paraId="796713A5" w14:textId="77777777" w:rsidR="002B62E5" w:rsidRDefault="002B62E5">
            <w:pPr>
              <w:spacing w:before="900"/>
            </w:pPr>
          </w:p>
        </w:tc>
      </w:tr>
    </w:tbl>
    <w:p w14:paraId="25868629" w14:textId="77777777" w:rsidR="002B62E5" w:rsidRDefault="00000000">
      <w:pPr>
        <w:keepNext/>
        <w:pBdr>
          <w:bottom w:val="single" w:sz="6" w:space="1" w:color="CBD5E0"/>
        </w:pBdr>
        <w:spacing w:before="360"/>
      </w:pPr>
      <w:r>
        <w:rPr>
          <w:b/>
          <w:color w:val="2F5233"/>
          <w:sz w:val="24"/>
        </w:rPr>
        <w:t>4. Media &amp; Observations</w:t>
      </w:r>
    </w:p>
    <w:p w14:paraId="34D5A0F9" w14:textId="135DEF63" w:rsidR="002B62E5" w:rsidRDefault="00451008">
      <w:pPr>
        <w:spacing w:before="160"/>
      </w:pPr>
      <w:r w:rsidRPr="00451008">
        <w:rPr>
          <w:b/>
        </w:rPr>
        <w:t>Photos of the tree</w:t>
      </w:r>
      <w:r w:rsidR="00000000">
        <w:rPr>
          <w:b/>
        </w:rPr>
        <w:t>?</w:t>
      </w:r>
    </w:p>
    <w:p w14:paraId="028D4548" w14:textId="612CA64B" w:rsidR="002B62E5" w:rsidRDefault="00000000">
      <w:pPr>
        <w:spacing w:before="80" w:after="80"/>
      </w:pPr>
      <w:r>
        <w:rPr>
          <w:rFonts w:ascii="Courier New" w:hAnsi="Courier New"/>
          <w:b/>
        </w:rPr>
        <w:t xml:space="preserve">  </w:t>
      </w:r>
      <w:proofErr w:type="gramStart"/>
      <w:r>
        <w:rPr>
          <w:rFonts w:ascii="Courier New" w:hAnsi="Courier New"/>
          <w:b/>
        </w:rPr>
        <w:t>[  ]</w:t>
      </w:r>
      <w:proofErr w:type="gramEnd"/>
      <w:r>
        <w:rPr>
          <w:rFonts w:ascii="Courier New" w:hAnsi="Courier New"/>
          <w:b/>
        </w:rPr>
        <w:t xml:space="preserve">  </w:t>
      </w:r>
      <w:r w:rsidR="00451008">
        <w:rPr>
          <w:sz w:val="20"/>
        </w:rPr>
        <w:t>F</w:t>
      </w:r>
      <w:r>
        <w:rPr>
          <w:sz w:val="20"/>
        </w:rPr>
        <w:t>ull view of tre</w:t>
      </w:r>
      <w:r w:rsidR="00451008">
        <w:rPr>
          <w:sz w:val="20"/>
        </w:rPr>
        <w:t>e</w:t>
      </w:r>
      <w:r>
        <w:rPr>
          <w:sz w:val="20"/>
        </w:rPr>
        <w:t xml:space="preserve"> attached</w:t>
      </w:r>
    </w:p>
    <w:p w14:paraId="00A77FF3" w14:textId="759591D4" w:rsidR="002B62E5" w:rsidRDefault="00000000">
      <w:pPr>
        <w:spacing w:before="80" w:after="80"/>
      </w:pPr>
      <w:r>
        <w:rPr>
          <w:rFonts w:ascii="Courier New" w:hAnsi="Courier New"/>
          <w:b/>
        </w:rPr>
        <w:t xml:space="preserve">  </w:t>
      </w:r>
      <w:proofErr w:type="gramStart"/>
      <w:r>
        <w:rPr>
          <w:rFonts w:ascii="Courier New" w:hAnsi="Courier New"/>
          <w:b/>
        </w:rPr>
        <w:t>[  ]</w:t>
      </w:r>
      <w:proofErr w:type="gramEnd"/>
      <w:r>
        <w:rPr>
          <w:rFonts w:ascii="Courier New" w:hAnsi="Courier New"/>
          <w:b/>
        </w:rPr>
        <w:t xml:space="preserve">  </w:t>
      </w:r>
      <w:r w:rsidR="00451008">
        <w:rPr>
          <w:sz w:val="20"/>
        </w:rPr>
        <w:t>D</w:t>
      </w:r>
      <w:r>
        <w:rPr>
          <w:sz w:val="20"/>
        </w:rPr>
        <w:t>etailed views (bark, leaf, flowers, or fruit) attached</w:t>
      </w:r>
    </w:p>
    <w:p w14:paraId="34E447E0" w14:textId="77777777" w:rsidR="002B62E5" w:rsidRDefault="00000000">
      <w:pPr>
        <w:spacing w:before="80" w:after="80"/>
      </w:pPr>
      <w:r>
        <w:rPr>
          <w:rFonts w:ascii="Courier New" w:hAnsi="Courier New"/>
          <w:b/>
        </w:rPr>
        <w:t xml:space="preserve">  [  ]  </w:t>
      </w:r>
      <w:r>
        <w:rPr>
          <w:sz w:val="20"/>
        </w:rPr>
        <w:t>No photographs available</w:t>
      </w:r>
    </w:p>
    <w:p w14:paraId="656C6BCF" w14:textId="7F3F5AA5" w:rsidR="002B62E5" w:rsidRDefault="00451008">
      <w:pPr>
        <w:keepNext/>
        <w:spacing w:after="80"/>
      </w:pPr>
      <w:r w:rsidRPr="00451008">
        <w:rPr>
          <w:b/>
          <w:sz w:val="20"/>
        </w:rPr>
        <w:t>Extra notes (history, stories, health, unique traits)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2B62E5" w14:paraId="03747687" w14:textId="77777777">
        <w:trPr>
          <w:jc w:val="center"/>
        </w:trPr>
        <w:tc>
          <w:tcPr>
            <w:tcW w:w="9936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</w:tcPr>
          <w:p w14:paraId="0B70DA54" w14:textId="77777777" w:rsidR="002B62E5" w:rsidRDefault="002B62E5">
            <w:pPr>
              <w:spacing w:before="900"/>
            </w:pPr>
          </w:p>
        </w:tc>
      </w:tr>
    </w:tbl>
    <w:p w14:paraId="25F3BA63" w14:textId="77777777" w:rsidR="002B62E5" w:rsidRDefault="00000000">
      <w:pPr>
        <w:spacing w:before="700"/>
        <w:jc w:val="center"/>
      </w:pPr>
      <w:r>
        <w:rPr>
          <w:color w:val="718096"/>
          <w:sz w:val="17"/>
        </w:rPr>
        <w:t>Thank you for contributing to the community mapping of our regional heritage. * Indicates a required field.</w:t>
      </w:r>
      <w:r>
        <w:rPr>
          <w:color w:val="718096"/>
          <w:sz w:val="17"/>
        </w:rPr>
        <w:br/>
        <w:t>Contact Support: hello@bigtrees.co.za | 082 564 0448   •   Digital Form: https://ee.kobotoolbox.org/x/xgpjpk3U</w:t>
      </w:r>
    </w:p>
    <w:sectPr w:rsidR="002B62E5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806647">
    <w:abstractNumId w:val="8"/>
  </w:num>
  <w:num w:numId="2" w16cid:durableId="1998343948">
    <w:abstractNumId w:val="6"/>
  </w:num>
  <w:num w:numId="3" w16cid:durableId="2146964312">
    <w:abstractNumId w:val="5"/>
  </w:num>
  <w:num w:numId="4" w16cid:durableId="983198813">
    <w:abstractNumId w:val="4"/>
  </w:num>
  <w:num w:numId="5" w16cid:durableId="978459638">
    <w:abstractNumId w:val="7"/>
  </w:num>
  <w:num w:numId="6" w16cid:durableId="691957684">
    <w:abstractNumId w:val="3"/>
  </w:num>
  <w:num w:numId="7" w16cid:durableId="1798644321">
    <w:abstractNumId w:val="2"/>
  </w:num>
  <w:num w:numId="8" w16cid:durableId="1308171701">
    <w:abstractNumId w:val="1"/>
  </w:num>
  <w:num w:numId="9" w16cid:durableId="89089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62E5"/>
    <w:rsid w:val="002E4A95"/>
    <w:rsid w:val="00326F90"/>
    <w:rsid w:val="00451008"/>
    <w:rsid w:val="00744276"/>
    <w:rsid w:val="00AA1D8D"/>
    <w:rsid w:val="00B47730"/>
    <w:rsid w:val="00B84BC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96BDB"/>
  <w14:defaultImageDpi w14:val="300"/>
  <w15:docId w15:val="{9C0A511C-7D90-4679-BF3D-E2C291E9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D3748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 Greeff</cp:lastModifiedBy>
  <cp:revision>3</cp:revision>
  <dcterms:created xsi:type="dcterms:W3CDTF">2026-08-19T06:53:00Z</dcterms:created>
  <dcterms:modified xsi:type="dcterms:W3CDTF">2026-08-19T07:01:00Z</dcterms:modified>
  <cp:category/>
</cp:coreProperties>
</file>